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5566B" w14:textId="421247EB" w:rsidR="00970384" w:rsidRPr="003469C5" w:rsidRDefault="002A77D5" w:rsidP="003469C5">
      <w:pPr>
        <w:spacing w:after="0" w:line="240" w:lineRule="auto"/>
        <w:jc w:val="center"/>
        <w:rPr>
          <w:rFonts w:asciiTheme="majorHAnsi" w:hAnsiTheme="majorHAnsi" w:cstheme="majorHAnsi"/>
          <w:sz w:val="24"/>
          <w:szCs w:val="24"/>
        </w:rPr>
      </w:pPr>
      <w:r w:rsidRPr="003469C5">
        <w:rPr>
          <w:rFonts w:asciiTheme="majorHAnsi" w:hAnsiTheme="majorHAnsi" w:cstheme="majorHAnsi"/>
          <w:noProof/>
          <w:sz w:val="24"/>
          <w:szCs w:val="24"/>
        </w:rPr>
        <w:drawing>
          <wp:anchor distT="0" distB="0" distL="114300" distR="114300" simplePos="0" relativeHeight="251658241" behindDoc="1" locked="0" layoutInCell="1" allowOverlap="1" wp14:anchorId="6E47063B" wp14:editId="5BE947C5">
            <wp:simplePos x="0" y="0"/>
            <wp:positionH relativeFrom="column">
              <wp:posOffset>-981075</wp:posOffset>
            </wp:positionH>
            <wp:positionV relativeFrom="paragraph">
              <wp:posOffset>-781050</wp:posOffset>
            </wp:positionV>
            <wp:extent cx="1828800" cy="1755271"/>
            <wp:effectExtent l="0" t="0" r="0" b="0"/>
            <wp:wrapNone/>
            <wp:docPr id="859412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755271"/>
                    </a:xfrm>
                    <a:prstGeom prst="rect">
                      <a:avLst/>
                    </a:prstGeom>
                    <a:noFill/>
                    <a:ln>
                      <a:noFill/>
                    </a:ln>
                  </pic:spPr>
                </pic:pic>
              </a:graphicData>
            </a:graphic>
            <wp14:sizeRelH relativeFrom="page">
              <wp14:pctWidth>0</wp14:pctWidth>
            </wp14:sizeRelH>
            <wp14:sizeRelV relativeFrom="page">
              <wp14:pctHeight>0</wp14:pctHeight>
            </wp14:sizeRelV>
          </wp:anchor>
        </w:drawing>
      </w:r>
      <w:r w:rsidR="002A7161" w:rsidRPr="003469C5">
        <w:rPr>
          <w:rFonts w:asciiTheme="majorHAnsi" w:hAnsiTheme="majorHAnsi" w:cstheme="majorHAnsi"/>
          <w:noProof/>
          <w:sz w:val="24"/>
          <w:szCs w:val="24"/>
        </w:rPr>
        <w:drawing>
          <wp:anchor distT="0" distB="0" distL="114300" distR="114300" simplePos="0" relativeHeight="251658240" behindDoc="1" locked="0" layoutInCell="1" allowOverlap="1" wp14:anchorId="499E057C" wp14:editId="76517A8E">
            <wp:simplePos x="0" y="0"/>
            <wp:positionH relativeFrom="column">
              <wp:posOffset>4667250</wp:posOffset>
            </wp:positionH>
            <wp:positionV relativeFrom="paragraph">
              <wp:posOffset>-843280</wp:posOffset>
            </wp:positionV>
            <wp:extent cx="1828800" cy="1755140"/>
            <wp:effectExtent l="0" t="0" r="0" b="0"/>
            <wp:wrapNone/>
            <wp:docPr id="490235941" name="Picture 49023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184">
        <w:rPr>
          <w:rFonts w:asciiTheme="majorHAnsi" w:hAnsiTheme="majorHAnsi" w:cstheme="majorHAnsi"/>
          <w:sz w:val="24"/>
          <w:szCs w:val="24"/>
        </w:rPr>
        <w:t>February Public</w:t>
      </w:r>
      <w:r w:rsidRPr="003469C5">
        <w:rPr>
          <w:rFonts w:asciiTheme="majorHAnsi" w:hAnsiTheme="majorHAnsi" w:cstheme="majorHAnsi"/>
          <w:sz w:val="24"/>
          <w:szCs w:val="24"/>
        </w:rPr>
        <w:t xml:space="preserve"> </w:t>
      </w:r>
      <w:r w:rsidR="00A95184">
        <w:rPr>
          <w:rFonts w:asciiTheme="majorHAnsi" w:hAnsiTheme="majorHAnsi" w:cstheme="majorHAnsi"/>
          <w:sz w:val="24"/>
          <w:szCs w:val="24"/>
        </w:rPr>
        <w:t xml:space="preserve">Board </w:t>
      </w:r>
      <w:r w:rsidRPr="003469C5">
        <w:rPr>
          <w:rFonts w:asciiTheme="majorHAnsi" w:hAnsiTheme="majorHAnsi" w:cstheme="majorHAnsi"/>
          <w:sz w:val="24"/>
          <w:szCs w:val="24"/>
        </w:rPr>
        <w:t>Meeting Agenda</w:t>
      </w:r>
    </w:p>
    <w:p w14:paraId="06110EF5" w14:textId="79393086" w:rsidR="00970384" w:rsidRPr="003469C5" w:rsidRDefault="00441FEE" w:rsidP="003469C5">
      <w:pPr>
        <w:spacing w:after="0" w:line="240" w:lineRule="auto"/>
        <w:jc w:val="center"/>
        <w:rPr>
          <w:rFonts w:asciiTheme="majorHAnsi" w:hAnsiTheme="majorHAnsi" w:cstheme="majorHAnsi"/>
          <w:sz w:val="24"/>
          <w:szCs w:val="24"/>
        </w:rPr>
      </w:pPr>
      <w:r w:rsidRPr="003469C5">
        <w:rPr>
          <w:rFonts w:asciiTheme="majorHAnsi" w:hAnsiTheme="majorHAnsi" w:cstheme="majorHAnsi"/>
          <w:sz w:val="24"/>
          <w:szCs w:val="24"/>
        </w:rPr>
        <w:t>Canon Mac Youth Football Association</w:t>
      </w:r>
    </w:p>
    <w:p w14:paraId="6D77A68B" w14:textId="77777777" w:rsidR="002A77D5" w:rsidRPr="003469C5" w:rsidRDefault="002A77D5" w:rsidP="003469C5">
      <w:pPr>
        <w:spacing w:after="0" w:line="240" w:lineRule="auto"/>
        <w:rPr>
          <w:rFonts w:asciiTheme="majorHAnsi" w:hAnsiTheme="majorHAnsi" w:cstheme="majorHAnsi"/>
          <w:sz w:val="24"/>
          <w:szCs w:val="24"/>
        </w:rPr>
      </w:pPr>
    </w:p>
    <w:p w14:paraId="3CCF4A48" w14:textId="77777777" w:rsidR="003469C5" w:rsidRDefault="003469C5" w:rsidP="003469C5">
      <w:pPr>
        <w:spacing w:after="0" w:line="240" w:lineRule="auto"/>
        <w:rPr>
          <w:rFonts w:asciiTheme="majorHAnsi" w:hAnsiTheme="majorHAnsi" w:cstheme="majorHAnsi"/>
          <w:sz w:val="24"/>
          <w:szCs w:val="24"/>
        </w:rPr>
      </w:pPr>
    </w:p>
    <w:p w14:paraId="7B23ADD8" w14:textId="208F8433" w:rsidR="0009075D" w:rsidRPr="003469C5" w:rsidRDefault="0009075D" w:rsidP="003469C5">
      <w:p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Date:</w:t>
      </w:r>
      <w:r w:rsidR="00441FEE" w:rsidRPr="003469C5">
        <w:rPr>
          <w:rFonts w:asciiTheme="majorHAnsi" w:hAnsiTheme="majorHAnsi" w:cstheme="majorHAnsi"/>
          <w:sz w:val="24"/>
          <w:szCs w:val="24"/>
        </w:rPr>
        <w:t xml:space="preserve"> Thursday, February 12, 2026</w:t>
      </w:r>
    </w:p>
    <w:p w14:paraId="690C6B93" w14:textId="149A9C1B" w:rsidR="0009075D" w:rsidRPr="003469C5" w:rsidRDefault="0009075D" w:rsidP="003469C5">
      <w:p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Time:</w:t>
      </w:r>
      <w:r w:rsidR="002A7161" w:rsidRPr="003469C5">
        <w:rPr>
          <w:rFonts w:asciiTheme="majorHAnsi" w:hAnsiTheme="majorHAnsi" w:cstheme="majorHAnsi"/>
          <w:noProof/>
          <w:sz w:val="24"/>
          <w:szCs w:val="24"/>
        </w:rPr>
        <w:t xml:space="preserve"> </w:t>
      </w:r>
      <w:r w:rsidR="00514EBD" w:rsidRPr="003469C5">
        <w:rPr>
          <w:rFonts w:asciiTheme="majorHAnsi" w:hAnsiTheme="majorHAnsi" w:cstheme="majorHAnsi"/>
          <w:noProof/>
          <w:sz w:val="24"/>
          <w:szCs w:val="24"/>
        </w:rPr>
        <w:t>6:0</w:t>
      </w:r>
      <w:r w:rsidR="006B446C" w:rsidRPr="003469C5">
        <w:rPr>
          <w:rFonts w:asciiTheme="majorHAnsi" w:hAnsiTheme="majorHAnsi" w:cstheme="majorHAnsi"/>
          <w:noProof/>
          <w:sz w:val="24"/>
          <w:szCs w:val="24"/>
        </w:rPr>
        <w:t>0pm</w:t>
      </w:r>
    </w:p>
    <w:p w14:paraId="77DAFB38" w14:textId="095371D2" w:rsidR="0009075D" w:rsidRPr="003469C5" w:rsidRDefault="0009075D" w:rsidP="003469C5">
      <w:p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Location:</w:t>
      </w:r>
      <w:r w:rsidR="00441FEE" w:rsidRPr="003469C5">
        <w:rPr>
          <w:rFonts w:asciiTheme="majorHAnsi" w:hAnsiTheme="majorHAnsi" w:cstheme="majorHAnsi"/>
          <w:sz w:val="24"/>
          <w:szCs w:val="24"/>
        </w:rPr>
        <w:t xml:space="preserve"> North Strabane Township Building</w:t>
      </w:r>
    </w:p>
    <w:p w14:paraId="4385D484" w14:textId="6BD6AB13" w:rsidR="00441FEE" w:rsidRPr="003469C5" w:rsidRDefault="00441FEE" w:rsidP="003469C5">
      <w:p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Board Members in Attendance: Rodney, Nick, Jamie, Megan, Tammy</w:t>
      </w:r>
      <w:r w:rsidR="00514EBD" w:rsidRPr="003469C5">
        <w:rPr>
          <w:rFonts w:asciiTheme="majorHAnsi" w:hAnsiTheme="majorHAnsi" w:cstheme="majorHAnsi"/>
          <w:sz w:val="24"/>
          <w:szCs w:val="24"/>
        </w:rPr>
        <w:t>,</w:t>
      </w:r>
      <w:r w:rsidRPr="003469C5">
        <w:rPr>
          <w:rFonts w:asciiTheme="majorHAnsi" w:hAnsiTheme="majorHAnsi" w:cstheme="majorHAnsi"/>
          <w:sz w:val="24"/>
          <w:szCs w:val="24"/>
        </w:rPr>
        <w:t xml:space="preserve"> Mike</w:t>
      </w:r>
    </w:p>
    <w:p w14:paraId="711F732C" w14:textId="77777777" w:rsidR="003469C5" w:rsidRDefault="003469C5" w:rsidP="003469C5">
      <w:pPr>
        <w:spacing w:after="0" w:line="240" w:lineRule="auto"/>
        <w:rPr>
          <w:rFonts w:asciiTheme="majorHAnsi" w:hAnsiTheme="majorHAnsi" w:cstheme="majorHAnsi"/>
          <w:sz w:val="24"/>
          <w:szCs w:val="24"/>
        </w:rPr>
      </w:pPr>
    </w:p>
    <w:p w14:paraId="41F66882" w14:textId="13B0CE15" w:rsidR="003469C5" w:rsidRDefault="003469C5" w:rsidP="003469C5">
      <w:pPr>
        <w:pStyle w:val="ListParagraph"/>
        <w:numPr>
          <w:ilvl w:val="0"/>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Welcome &amp; Call to Order:</w:t>
      </w:r>
    </w:p>
    <w:p w14:paraId="7DC1C482" w14:textId="74CE2822" w:rsidR="003469C5" w:rsidRDefault="003469C5"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Call to Order: 6:04pm</w:t>
      </w:r>
    </w:p>
    <w:p w14:paraId="544B04D2" w14:textId="77777777" w:rsidR="003469C5" w:rsidRDefault="003469C5" w:rsidP="003469C5">
      <w:pPr>
        <w:spacing w:after="0" w:line="240" w:lineRule="auto"/>
        <w:rPr>
          <w:rFonts w:asciiTheme="majorHAnsi" w:hAnsiTheme="majorHAnsi" w:cstheme="majorHAnsi"/>
          <w:sz w:val="24"/>
          <w:szCs w:val="24"/>
        </w:rPr>
      </w:pPr>
    </w:p>
    <w:p w14:paraId="06617DD9" w14:textId="62FD3B6C" w:rsidR="003469C5" w:rsidRDefault="003469C5" w:rsidP="003469C5">
      <w:pPr>
        <w:pStyle w:val="ListParagraph"/>
        <w:numPr>
          <w:ilvl w:val="0"/>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Executive Board Updates:</w:t>
      </w:r>
    </w:p>
    <w:p w14:paraId="78EC44B2" w14:textId="67A523AE" w:rsidR="003469C5" w:rsidRDefault="00A95184"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President</w:t>
      </w:r>
      <w:r w:rsidR="003469C5">
        <w:rPr>
          <w:rFonts w:asciiTheme="majorHAnsi" w:hAnsiTheme="majorHAnsi" w:cstheme="majorHAnsi"/>
          <w:sz w:val="24"/>
          <w:szCs w:val="24"/>
        </w:rPr>
        <w:t>:</w:t>
      </w:r>
    </w:p>
    <w:p w14:paraId="603F785C" w14:textId="4EB56870"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112 helmets were sent out for reconditioning to Rydel</w:t>
      </w:r>
    </w:p>
    <w:p w14:paraId="2F04B940" w14:textId="222BFD9A"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Starting to book food trucks for the kickoff party</w:t>
      </w:r>
    </w:p>
    <w:p w14:paraId="5C2EEBE9" w14:textId="710E0DDD"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We are finalizing dates for the league and will provide those next month</w:t>
      </w:r>
    </w:p>
    <w:p w14:paraId="28F8B38A" w14:textId="677BBF27" w:rsidR="003469C5" w:rsidRDefault="003469C5"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Vice President:</w:t>
      </w:r>
    </w:p>
    <w:p w14:paraId="54BD5BE8" w14:textId="2917D1D9"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7ECF5491" w14:textId="02D226DD" w:rsidR="003469C5" w:rsidRDefault="003469C5"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Athletic Director: </w:t>
      </w:r>
    </w:p>
    <w:p w14:paraId="7CA10781" w14:textId="7DEB20CE"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507FBDF3" w14:textId="12E3A160" w:rsidR="003469C5" w:rsidRDefault="003469C5"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Director of Cheer:</w:t>
      </w:r>
    </w:p>
    <w:p w14:paraId="7DFC10A3" w14:textId="78A0FB50"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Currently comparing pricing from Varsity and Keystone Custom so that we can stay competitive on prices for our cheer families</w:t>
      </w:r>
    </w:p>
    <w:p w14:paraId="79CF6817" w14:textId="7D6B7AC7"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Keystone Custom presented us with a fundraising idea for a custom shirt, the league would get 70% of the price of the shirt, the new board will review this opportunity once they are in place</w:t>
      </w:r>
    </w:p>
    <w:p w14:paraId="354320E3" w14:textId="6477612C"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Working with Melinda to se</w:t>
      </w:r>
      <w:r w:rsidR="00190821">
        <w:rPr>
          <w:rFonts w:asciiTheme="majorHAnsi" w:hAnsiTheme="majorHAnsi" w:cstheme="majorHAnsi"/>
          <w:sz w:val="24"/>
          <w:szCs w:val="24"/>
        </w:rPr>
        <w:t>t</w:t>
      </w:r>
      <w:r>
        <w:rPr>
          <w:rFonts w:asciiTheme="majorHAnsi" w:hAnsiTheme="majorHAnsi" w:cstheme="majorHAnsi"/>
          <w:sz w:val="24"/>
          <w:szCs w:val="24"/>
        </w:rPr>
        <w:t xml:space="preserve"> cheer camp dates for July, update will be provided once we have it</w:t>
      </w:r>
    </w:p>
    <w:p w14:paraId="33B5A109" w14:textId="22E6A26B"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Sideline clinics will be held in June, dates and location TBA</w:t>
      </w:r>
    </w:p>
    <w:p w14:paraId="42F687F2" w14:textId="2E593B48" w:rsidR="003469C5" w:rsidRDefault="003469C5" w:rsidP="003469C5">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Treasurer:</w:t>
      </w:r>
    </w:p>
    <w:p w14:paraId="3C5D8C0C" w14:textId="15250113" w:rsidR="003469C5" w:rsidRDefault="003469C5" w:rsidP="003469C5">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December 2025:</w:t>
      </w:r>
    </w:p>
    <w:p w14:paraId="69A47C49" w14:textId="3EEA9122" w:rsidR="003469C5" w:rsidRDefault="003469C5" w:rsidP="003469C5">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Beginning Balance:</w:t>
      </w:r>
      <w:r>
        <w:rPr>
          <w:rFonts w:asciiTheme="majorHAnsi" w:hAnsiTheme="majorHAnsi" w:cstheme="majorHAnsi"/>
          <w:sz w:val="24"/>
          <w:szCs w:val="24"/>
        </w:rPr>
        <w:tab/>
        <w:t>$50,262.65</w:t>
      </w:r>
    </w:p>
    <w:p w14:paraId="5CD7A129" w14:textId="01471463" w:rsidR="003469C5" w:rsidRDefault="003469C5" w:rsidP="003469C5">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Deposits:</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$13,420.56</w:t>
      </w:r>
    </w:p>
    <w:p w14:paraId="4931B2FC" w14:textId="1A2EB2D2" w:rsidR="003469C5" w:rsidRDefault="003469C5" w:rsidP="003469C5">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Withdrawals:</w:t>
      </w:r>
      <w:r>
        <w:rPr>
          <w:rFonts w:asciiTheme="majorHAnsi" w:hAnsiTheme="majorHAnsi" w:cstheme="majorHAnsi"/>
          <w:sz w:val="24"/>
          <w:szCs w:val="24"/>
        </w:rPr>
        <w:tab/>
      </w:r>
      <w:r>
        <w:rPr>
          <w:rFonts w:asciiTheme="majorHAnsi" w:hAnsiTheme="majorHAnsi" w:cstheme="majorHAnsi"/>
          <w:sz w:val="24"/>
          <w:szCs w:val="24"/>
        </w:rPr>
        <w:tab/>
        <w:t>$  5,644.83</w:t>
      </w:r>
    </w:p>
    <w:p w14:paraId="0CB043AF" w14:textId="13E1AF99" w:rsidR="003469C5" w:rsidRDefault="003469C5" w:rsidP="003469C5">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Ending Balance:</w:t>
      </w:r>
      <w:r>
        <w:rPr>
          <w:rFonts w:asciiTheme="majorHAnsi" w:hAnsiTheme="majorHAnsi" w:cstheme="majorHAnsi"/>
          <w:sz w:val="24"/>
          <w:szCs w:val="24"/>
        </w:rPr>
        <w:tab/>
      </w:r>
      <w:r>
        <w:rPr>
          <w:rFonts w:asciiTheme="majorHAnsi" w:hAnsiTheme="majorHAnsi" w:cstheme="majorHAnsi"/>
          <w:sz w:val="24"/>
          <w:szCs w:val="24"/>
        </w:rPr>
        <w:tab/>
        <w:t>$58,038.38</w:t>
      </w:r>
    </w:p>
    <w:p w14:paraId="5ABC2CFE" w14:textId="69555FAC" w:rsidR="00A95184" w:rsidRDefault="00A95184" w:rsidP="00A95184">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January 2026:</w:t>
      </w:r>
    </w:p>
    <w:p w14:paraId="51EEE319" w14:textId="456D9778" w:rsidR="00A95184" w:rsidRDefault="00A95184" w:rsidP="00A95184">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Beginning Balance:</w:t>
      </w:r>
      <w:r>
        <w:rPr>
          <w:rFonts w:asciiTheme="majorHAnsi" w:hAnsiTheme="majorHAnsi" w:cstheme="majorHAnsi"/>
          <w:sz w:val="24"/>
          <w:szCs w:val="24"/>
        </w:rPr>
        <w:tab/>
        <w:t>$58,038.38</w:t>
      </w:r>
    </w:p>
    <w:p w14:paraId="1DA361EE" w14:textId="5B4F5260" w:rsidR="00A95184" w:rsidRDefault="00A95184" w:rsidP="00A95184">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Deposits:</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          0.00</w:t>
      </w:r>
    </w:p>
    <w:p w14:paraId="3F0BBF15" w14:textId="04996D6E" w:rsidR="003469C5" w:rsidRDefault="00A95184" w:rsidP="003469C5">
      <w:pPr>
        <w:pStyle w:val="ListParagraph"/>
        <w:numPr>
          <w:ilvl w:val="3"/>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Withdrawals:</w:t>
      </w:r>
      <w:r w:rsidRPr="00A95184">
        <w:rPr>
          <w:rFonts w:asciiTheme="majorHAnsi" w:hAnsiTheme="majorHAnsi" w:cstheme="majorHAnsi"/>
          <w:sz w:val="24"/>
          <w:szCs w:val="24"/>
        </w:rPr>
        <w:tab/>
      </w:r>
      <w:r w:rsidRPr="00A95184">
        <w:rPr>
          <w:rFonts w:asciiTheme="majorHAnsi" w:hAnsiTheme="majorHAnsi" w:cstheme="majorHAnsi"/>
          <w:sz w:val="24"/>
          <w:szCs w:val="24"/>
        </w:rPr>
        <w:tab/>
        <w:t>$24,327.88</w:t>
      </w:r>
    </w:p>
    <w:p w14:paraId="0016F18D" w14:textId="302B34EE" w:rsidR="00A95184" w:rsidRPr="00A95184" w:rsidRDefault="00A95184" w:rsidP="00A95184">
      <w:pPr>
        <w:pStyle w:val="ListParagraph"/>
        <w:numPr>
          <w:ilvl w:val="3"/>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Ending Balance:</w:t>
      </w:r>
      <w:r>
        <w:rPr>
          <w:rFonts w:asciiTheme="majorHAnsi" w:hAnsiTheme="majorHAnsi" w:cstheme="majorHAnsi"/>
          <w:sz w:val="24"/>
          <w:szCs w:val="24"/>
        </w:rPr>
        <w:tab/>
      </w:r>
      <w:r>
        <w:rPr>
          <w:rFonts w:asciiTheme="majorHAnsi" w:hAnsiTheme="majorHAnsi" w:cstheme="majorHAnsi"/>
          <w:sz w:val="24"/>
          <w:szCs w:val="24"/>
        </w:rPr>
        <w:tab/>
        <w:t>$33,710.50</w:t>
      </w:r>
    </w:p>
    <w:p w14:paraId="2DF17993" w14:textId="77777777" w:rsidR="00A95184" w:rsidRDefault="00A95184" w:rsidP="00A95184">
      <w:pPr>
        <w:pStyle w:val="ListParagraph"/>
        <w:spacing w:after="0" w:line="240" w:lineRule="auto"/>
        <w:ind w:left="360"/>
        <w:rPr>
          <w:rFonts w:asciiTheme="majorHAnsi" w:hAnsiTheme="majorHAnsi" w:cstheme="majorHAnsi"/>
          <w:sz w:val="24"/>
          <w:szCs w:val="24"/>
        </w:rPr>
      </w:pPr>
    </w:p>
    <w:p w14:paraId="2898501F" w14:textId="77777777" w:rsidR="00A95184" w:rsidRDefault="00A95184" w:rsidP="00A95184">
      <w:pPr>
        <w:pStyle w:val="ListParagraph"/>
        <w:spacing w:after="0" w:line="240" w:lineRule="auto"/>
        <w:ind w:left="360"/>
        <w:rPr>
          <w:rFonts w:asciiTheme="majorHAnsi" w:hAnsiTheme="majorHAnsi" w:cstheme="majorHAnsi"/>
          <w:sz w:val="24"/>
          <w:szCs w:val="24"/>
        </w:rPr>
      </w:pPr>
    </w:p>
    <w:p w14:paraId="2BFD238D" w14:textId="0C77E808" w:rsidR="0009075D" w:rsidRDefault="00A95184" w:rsidP="003469C5">
      <w:pPr>
        <w:pStyle w:val="ListParagraph"/>
        <w:numPr>
          <w:ilvl w:val="0"/>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lastRenderedPageBreak/>
        <w:t>General</w:t>
      </w:r>
      <w:r w:rsidR="0009075D" w:rsidRPr="003469C5">
        <w:rPr>
          <w:rFonts w:asciiTheme="majorHAnsi" w:hAnsiTheme="majorHAnsi" w:cstheme="majorHAnsi"/>
          <w:sz w:val="24"/>
          <w:szCs w:val="24"/>
        </w:rPr>
        <w:t xml:space="preserve"> Board Updates:</w:t>
      </w:r>
    </w:p>
    <w:p w14:paraId="06D3A4D6" w14:textId="0F7AB750" w:rsidR="00A95184" w:rsidRDefault="00A95184"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Flag Football Coordinator:</w:t>
      </w:r>
    </w:p>
    <w:p w14:paraId="6A17F77D" w14:textId="5241E4CE" w:rsidR="00A95184" w:rsidRDefault="00A95184" w:rsidP="00A95184">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522E6F11" w14:textId="0441320C" w:rsidR="00A95184" w:rsidRDefault="00A95184"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Director of Communications:</w:t>
      </w:r>
    </w:p>
    <w:p w14:paraId="5D73A7C4" w14:textId="09A1AA03" w:rsidR="00A95184" w:rsidRDefault="00A95184" w:rsidP="00A95184">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25B854EC" w14:textId="5720421D" w:rsidR="00A95184" w:rsidRDefault="00A95184"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Concession Stand / Volunteer Coordinator:</w:t>
      </w:r>
    </w:p>
    <w:p w14:paraId="75F3A39C" w14:textId="50B0E71E" w:rsidR="00A95184" w:rsidRDefault="00A95184" w:rsidP="00A95184">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52DC70FC" w14:textId="714F9378" w:rsidR="00A95184" w:rsidRDefault="00A95184"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Assistant Cheer Coordinator:</w:t>
      </w:r>
    </w:p>
    <w:p w14:paraId="7245A2B7" w14:textId="24E0F708" w:rsidR="00A95184" w:rsidRPr="003469C5" w:rsidRDefault="00A95184" w:rsidP="00A95184">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No Report</w:t>
      </w:r>
    </w:p>
    <w:p w14:paraId="56D55568" w14:textId="77777777" w:rsidR="00A95184" w:rsidRDefault="00A95184" w:rsidP="00A95184">
      <w:pPr>
        <w:pStyle w:val="ListParagraph"/>
        <w:spacing w:after="0" w:line="240" w:lineRule="auto"/>
        <w:ind w:left="360"/>
        <w:rPr>
          <w:rFonts w:asciiTheme="majorHAnsi" w:hAnsiTheme="majorHAnsi" w:cstheme="majorHAnsi"/>
          <w:sz w:val="24"/>
          <w:szCs w:val="24"/>
        </w:rPr>
      </w:pPr>
    </w:p>
    <w:p w14:paraId="3E245AD2" w14:textId="77777777" w:rsidR="00A95184" w:rsidRDefault="0009075D" w:rsidP="00A95184">
      <w:pPr>
        <w:pStyle w:val="ListParagraph"/>
        <w:numPr>
          <w:ilvl w:val="0"/>
          <w:numId w:val="17"/>
        </w:num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Important Dates &amp; Reminders</w:t>
      </w:r>
    </w:p>
    <w:p w14:paraId="2931AD07"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March 12, 2026: March Monthly Board Meeting at Cecil Generations Room</w:t>
      </w:r>
    </w:p>
    <w:p w14:paraId="4D8B8556"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April 1, 2026: Football and Cheer Registration Opens</w:t>
      </w:r>
    </w:p>
    <w:p w14:paraId="5A5A1AB9"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April 9, 2026: April Monthly Board Meeting at Cecil Generations Room</w:t>
      </w:r>
    </w:p>
    <w:p w14:paraId="2D9C1086"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May 1, 2026: Cheer Registration Ends</w:t>
      </w:r>
    </w:p>
    <w:p w14:paraId="1D7D6E81"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Early May / TBD: Cheer Uniform Fittings</w:t>
      </w:r>
    </w:p>
    <w:p w14:paraId="46DAC1E3" w14:textId="23F4DFF9" w:rsidR="0086065C" w:rsidRDefault="0086065C"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Early June: Football Registration Ends</w:t>
      </w:r>
    </w:p>
    <w:p w14:paraId="4E324ACE" w14:textId="30B1948B" w:rsidR="0086065C" w:rsidRDefault="0086065C"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June 8, 2026: League numbers due to SHYFL</w:t>
      </w:r>
    </w:p>
    <w:p w14:paraId="29CC85B0" w14:textId="55A5708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August 9, 2026: Wild Things Game (Fundraiser – we get 50% of the ticket sales)</w:t>
      </w:r>
    </w:p>
    <w:p w14:paraId="33603284" w14:textId="6899C7D1" w:rsidR="0086065C" w:rsidRDefault="0086065C" w:rsidP="00A95184">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August 13, 2026: Final rosters due to SHYFL</w:t>
      </w:r>
    </w:p>
    <w:p w14:paraId="5A16BBC0"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August 29, 2026: Week 1 of the 2026 Season</w:t>
      </w:r>
    </w:p>
    <w:p w14:paraId="4D47FB59" w14:textId="77777777" w:rsidR="00A95184" w:rsidRDefault="00395FF9" w:rsidP="00A95184">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October 17, 2026: First week of Playoffs (Tackle)</w:t>
      </w:r>
    </w:p>
    <w:p w14:paraId="269A7150" w14:textId="5F4B2FC3" w:rsidR="0086065C" w:rsidRPr="0086065C" w:rsidRDefault="00395FF9" w:rsidP="0086065C">
      <w:pPr>
        <w:pStyle w:val="ListParagraph"/>
        <w:numPr>
          <w:ilvl w:val="1"/>
          <w:numId w:val="17"/>
        </w:numPr>
        <w:spacing w:after="0" w:line="240" w:lineRule="auto"/>
        <w:rPr>
          <w:rFonts w:asciiTheme="majorHAnsi" w:hAnsiTheme="majorHAnsi" w:cstheme="majorHAnsi"/>
          <w:sz w:val="24"/>
          <w:szCs w:val="24"/>
        </w:rPr>
      </w:pPr>
      <w:r w:rsidRPr="00A95184">
        <w:rPr>
          <w:rFonts w:asciiTheme="majorHAnsi" w:hAnsiTheme="majorHAnsi" w:cstheme="majorHAnsi"/>
          <w:sz w:val="24"/>
          <w:szCs w:val="24"/>
        </w:rPr>
        <w:t>Nove</w:t>
      </w:r>
      <w:r w:rsidR="00D21F76" w:rsidRPr="00A95184">
        <w:rPr>
          <w:rFonts w:asciiTheme="majorHAnsi" w:hAnsiTheme="majorHAnsi" w:cstheme="majorHAnsi"/>
          <w:sz w:val="24"/>
          <w:szCs w:val="24"/>
        </w:rPr>
        <w:t>mber 1, 2026: Super Bowl</w:t>
      </w:r>
    </w:p>
    <w:p w14:paraId="264AF80A" w14:textId="77777777" w:rsidR="0086065C" w:rsidRDefault="0086065C" w:rsidP="00A95184">
      <w:pPr>
        <w:pStyle w:val="ListParagraph"/>
        <w:spacing w:after="0" w:line="240" w:lineRule="auto"/>
        <w:ind w:left="360"/>
        <w:rPr>
          <w:rFonts w:asciiTheme="majorHAnsi" w:hAnsiTheme="majorHAnsi" w:cstheme="majorHAnsi"/>
          <w:sz w:val="24"/>
          <w:szCs w:val="24"/>
        </w:rPr>
      </w:pPr>
    </w:p>
    <w:p w14:paraId="48C31FA0" w14:textId="77777777" w:rsidR="006E1E8D" w:rsidRDefault="003469C5" w:rsidP="006E1E8D">
      <w:pPr>
        <w:pStyle w:val="ListParagraph"/>
        <w:numPr>
          <w:ilvl w:val="0"/>
          <w:numId w:val="17"/>
        </w:num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New Business</w:t>
      </w:r>
    </w:p>
    <w:p w14:paraId="2A749E32" w14:textId="77777777" w:rsidR="006E1E8D" w:rsidRDefault="003469C5" w:rsidP="006E1E8D">
      <w:pPr>
        <w:pStyle w:val="ListParagraph"/>
        <w:numPr>
          <w:ilvl w:val="1"/>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SHYFL Updates:</w:t>
      </w:r>
    </w:p>
    <w:p w14:paraId="3EFEB6AC"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Open Proposals:</w:t>
      </w:r>
    </w:p>
    <w:p w14:paraId="4A0D40AA"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Split 5</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and 6</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into grade specific teams instead of mixed</w:t>
      </w:r>
    </w:p>
    <w:p w14:paraId="4E8329DA" w14:textId="2AD5151D"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If you don’t have enough 5</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graders to field a team, you would have to play them as a 5</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 6</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combined </w:t>
      </w:r>
      <w:r w:rsidR="00190821" w:rsidRPr="006E1E8D">
        <w:rPr>
          <w:rFonts w:asciiTheme="majorHAnsi" w:hAnsiTheme="majorHAnsi" w:cstheme="majorHAnsi"/>
          <w:sz w:val="24"/>
          <w:szCs w:val="24"/>
        </w:rPr>
        <w:t>team,</w:t>
      </w:r>
      <w:r w:rsidRPr="006E1E8D">
        <w:rPr>
          <w:rFonts w:asciiTheme="majorHAnsi" w:hAnsiTheme="majorHAnsi" w:cstheme="majorHAnsi"/>
          <w:sz w:val="24"/>
          <w:szCs w:val="24"/>
        </w:rPr>
        <w:t xml:space="preserve"> and they would compete at the 6</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level</w:t>
      </w:r>
    </w:p>
    <w:p w14:paraId="76DF1DDF" w14:textId="77777777"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Splitting in this fashion will help with playing time</w:t>
      </w:r>
    </w:p>
    <w:p w14:paraId="25FB300B" w14:textId="77777777"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Will allow more time for those upcoming 5</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graders to get comfortable and gain more experience</w:t>
      </w:r>
    </w:p>
    <w:p w14:paraId="46DBF80E" w14:textId="6FA4C54E" w:rsidR="0013735A" w:rsidRDefault="0013735A" w:rsidP="006E1E8D">
      <w:pPr>
        <w:pStyle w:val="ListParagraph"/>
        <w:numPr>
          <w:ilvl w:val="4"/>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If we move to this split, is there a reason to still have the 5</w:t>
      </w:r>
      <w:r w:rsidRPr="0013735A">
        <w:rPr>
          <w:rFonts w:asciiTheme="majorHAnsi" w:hAnsiTheme="majorHAnsi" w:cstheme="majorHAnsi"/>
          <w:sz w:val="24"/>
          <w:szCs w:val="24"/>
          <w:vertAlign w:val="superscript"/>
        </w:rPr>
        <w:t>th</w:t>
      </w:r>
      <w:r>
        <w:rPr>
          <w:rFonts w:asciiTheme="majorHAnsi" w:hAnsiTheme="majorHAnsi" w:cstheme="majorHAnsi"/>
          <w:sz w:val="24"/>
          <w:szCs w:val="24"/>
        </w:rPr>
        <w:t xml:space="preserve"> quarter?</w:t>
      </w:r>
    </w:p>
    <w:p w14:paraId="661D3C0C" w14:textId="6842BCDB" w:rsidR="0013735A" w:rsidRDefault="0013735A" w:rsidP="0013735A">
      <w:pPr>
        <w:pStyle w:val="ListParagraph"/>
        <w:numPr>
          <w:ilvl w:val="5"/>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This is something that we could take to SHYFL and ask, but most schools like the 5</w:t>
      </w:r>
      <w:r w:rsidRPr="0013735A">
        <w:rPr>
          <w:rFonts w:asciiTheme="majorHAnsi" w:hAnsiTheme="majorHAnsi" w:cstheme="majorHAnsi"/>
          <w:sz w:val="24"/>
          <w:szCs w:val="24"/>
          <w:vertAlign w:val="superscript"/>
        </w:rPr>
        <w:t>th</w:t>
      </w:r>
      <w:r>
        <w:rPr>
          <w:rFonts w:asciiTheme="majorHAnsi" w:hAnsiTheme="majorHAnsi" w:cstheme="majorHAnsi"/>
          <w:sz w:val="24"/>
          <w:szCs w:val="24"/>
        </w:rPr>
        <w:t xml:space="preserve"> quarter, so doubtful</w:t>
      </w:r>
    </w:p>
    <w:p w14:paraId="4CD9DC61" w14:textId="187873DD" w:rsidR="00BD624A" w:rsidRDefault="00BD624A" w:rsidP="00BD624A">
      <w:pPr>
        <w:pStyle w:val="ListParagraph"/>
        <w:numPr>
          <w:ilvl w:val="4"/>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Will there be any consideration if you have a smaller 5</w:t>
      </w:r>
      <w:r w:rsidRPr="00BD624A">
        <w:rPr>
          <w:rFonts w:asciiTheme="majorHAnsi" w:hAnsiTheme="majorHAnsi" w:cstheme="majorHAnsi"/>
          <w:sz w:val="24"/>
          <w:szCs w:val="24"/>
          <w:vertAlign w:val="superscript"/>
        </w:rPr>
        <w:t>th</w:t>
      </w:r>
      <w:r>
        <w:rPr>
          <w:rFonts w:asciiTheme="majorHAnsi" w:hAnsiTheme="majorHAnsi" w:cstheme="majorHAnsi"/>
          <w:sz w:val="24"/>
          <w:szCs w:val="24"/>
        </w:rPr>
        <w:t xml:space="preserve"> grade team to allow a 6</w:t>
      </w:r>
      <w:r w:rsidRPr="00BD624A">
        <w:rPr>
          <w:rFonts w:asciiTheme="majorHAnsi" w:hAnsiTheme="majorHAnsi" w:cstheme="majorHAnsi"/>
          <w:sz w:val="24"/>
          <w:szCs w:val="24"/>
          <w:vertAlign w:val="superscript"/>
        </w:rPr>
        <w:t>th</w:t>
      </w:r>
      <w:r>
        <w:rPr>
          <w:rFonts w:asciiTheme="majorHAnsi" w:hAnsiTheme="majorHAnsi" w:cstheme="majorHAnsi"/>
          <w:sz w:val="24"/>
          <w:szCs w:val="24"/>
        </w:rPr>
        <w:t xml:space="preserve"> grader to play down? </w:t>
      </w:r>
      <w:r>
        <w:rPr>
          <w:rFonts w:asciiTheme="majorHAnsi" w:hAnsiTheme="majorHAnsi" w:cstheme="majorHAnsi"/>
          <w:sz w:val="24"/>
          <w:szCs w:val="24"/>
        </w:rPr>
        <w:lastRenderedPageBreak/>
        <w:t>May</w:t>
      </w:r>
      <w:r w:rsidR="00190821">
        <w:rPr>
          <w:rFonts w:asciiTheme="majorHAnsi" w:hAnsiTheme="majorHAnsi" w:cstheme="majorHAnsi"/>
          <w:sz w:val="24"/>
          <w:szCs w:val="24"/>
        </w:rPr>
        <w:t>be</w:t>
      </w:r>
      <w:r>
        <w:rPr>
          <w:rFonts w:asciiTheme="majorHAnsi" w:hAnsiTheme="majorHAnsi" w:cstheme="majorHAnsi"/>
          <w:sz w:val="24"/>
          <w:szCs w:val="24"/>
        </w:rPr>
        <w:t xml:space="preserve"> those who are on the smaller side or with less experience?</w:t>
      </w:r>
    </w:p>
    <w:p w14:paraId="765D2499" w14:textId="2C2D41BA" w:rsidR="00BD624A" w:rsidRDefault="00BD624A" w:rsidP="00BD624A">
      <w:pPr>
        <w:pStyle w:val="ListParagraph"/>
        <w:numPr>
          <w:ilvl w:val="5"/>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There was a discussion about allowing kids to play up, but not down</w:t>
      </w:r>
    </w:p>
    <w:p w14:paraId="171D22C8" w14:textId="14DE88D6" w:rsidR="00BD624A" w:rsidRDefault="00BD624A" w:rsidP="00BD624A">
      <w:pPr>
        <w:pStyle w:val="ListParagraph"/>
        <w:numPr>
          <w:ilvl w:val="5"/>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SHYFL in the past has voted on allowing players who are smaller to play down, but it is on a case by case scenario</w:t>
      </w:r>
    </w:p>
    <w:p w14:paraId="15911D54"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Split 3</w:t>
      </w:r>
      <w:r w:rsidRPr="006E1E8D">
        <w:rPr>
          <w:rFonts w:asciiTheme="majorHAnsi" w:hAnsiTheme="majorHAnsi" w:cstheme="majorHAnsi"/>
          <w:sz w:val="24"/>
          <w:szCs w:val="24"/>
          <w:vertAlign w:val="superscript"/>
        </w:rPr>
        <w:t>rd</w:t>
      </w:r>
      <w:r w:rsidRPr="006E1E8D">
        <w:rPr>
          <w:rFonts w:asciiTheme="majorHAnsi" w:hAnsiTheme="majorHAnsi" w:cstheme="majorHAnsi"/>
          <w:sz w:val="24"/>
          <w:szCs w:val="24"/>
        </w:rPr>
        <w:t xml:space="preserve"> and 4</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into grade specific teams instead of mixed</w:t>
      </w:r>
    </w:p>
    <w:p w14:paraId="42CAC02F" w14:textId="77777777"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Other schools don’t feel that they will have enough children in each grade to split at this level</w:t>
      </w:r>
    </w:p>
    <w:p w14:paraId="0EA0FD6C"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If the 5</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and 6</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level splits into grade specific teams, there is a possibility that the 6</w:t>
      </w:r>
      <w:r w:rsidRPr="006E1E8D">
        <w:rPr>
          <w:rFonts w:asciiTheme="majorHAnsi" w:hAnsiTheme="majorHAnsi" w:cstheme="majorHAnsi"/>
          <w:sz w:val="24"/>
          <w:szCs w:val="24"/>
          <w:vertAlign w:val="superscript"/>
        </w:rPr>
        <w:t>th</w:t>
      </w:r>
      <w:r w:rsidRPr="006E1E8D">
        <w:rPr>
          <w:rFonts w:asciiTheme="majorHAnsi" w:hAnsiTheme="majorHAnsi" w:cstheme="majorHAnsi"/>
          <w:sz w:val="24"/>
          <w:szCs w:val="24"/>
        </w:rPr>
        <w:t xml:space="preserve"> grade team will increase the max weight</w:t>
      </w:r>
    </w:p>
    <w:p w14:paraId="1203BB2F"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SHYFL has changed that all game films MUST be filmed from above, it cannot be filmed from the field</w:t>
      </w:r>
    </w:p>
    <w:p w14:paraId="6BF83EA1"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 xml:space="preserve">SHYFL is discussing the use of AI glasses on the field, there is no rule as of this time </w:t>
      </w:r>
    </w:p>
    <w:p w14:paraId="6A9EC19D"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Costs Due to SHYFL:</w:t>
      </w:r>
    </w:p>
    <w:p w14:paraId="66BC2DF2"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$662 payment for the Super Bowl (all organizations pay for this), it is being hosted by Upper St. Clair this year</w:t>
      </w:r>
    </w:p>
    <w:p w14:paraId="544C7056"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$100 payment for the Coaches Kickoff event</w:t>
      </w:r>
    </w:p>
    <w:p w14:paraId="18941082" w14:textId="0DB0D79E" w:rsidR="003469C5" w:rsidRP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Next SHYFL meeting: Monday, February 16, 2026</w:t>
      </w:r>
    </w:p>
    <w:p w14:paraId="731A7C95" w14:textId="77777777" w:rsidR="006E1E8D" w:rsidRDefault="006E1E8D" w:rsidP="006E1E8D">
      <w:pPr>
        <w:pStyle w:val="ListParagraph"/>
        <w:spacing w:after="0" w:line="240" w:lineRule="auto"/>
        <w:ind w:left="360"/>
        <w:rPr>
          <w:rFonts w:asciiTheme="majorHAnsi" w:hAnsiTheme="majorHAnsi" w:cstheme="majorHAnsi"/>
          <w:sz w:val="24"/>
          <w:szCs w:val="24"/>
        </w:rPr>
      </w:pPr>
    </w:p>
    <w:p w14:paraId="0D9EC6D3" w14:textId="77777777" w:rsidR="006E1E8D" w:rsidRDefault="003469C5" w:rsidP="006E1E8D">
      <w:pPr>
        <w:pStyle w:val="ListParagraph"/>
        <w:numPr>
          <w:ilvl w:val="0"/>
          <w:numId w:val="17"/>
        </w:num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Old Business</w:t>
      </w:r>
    </w:p>
    <w:p w14:paraId="1F155200" w14:textId="77777777" w:rsidR="006E1E8D" w:rsidRDefault="003469C5" w:rsidP="006E1E8D">
      <w:pPr>
        <w:pStyle w:val="ListParagraph"/>
        <w:numPr>
          <w:ilvl w:val="1"/>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 xml:space="preserve">Press Box </w:t>
      </w:r>
    </w:p>
    <w:p w14:paraId="229599A8"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Sponsorships:</w:t>
      </w:r>
    </w:p>
    <w:p w14:paraId="47909CF6"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Currently we have received sponsorships from:</w:t>
      </w:r>
    </w:p>
    <w:p w14:paraId="031DF153" w14:textId="77777777"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TJD Energy Services, LLC ($500.00)</w:t>
      </w:r>
    </w:p>
    <w:p w14:paraId="5E7FA517" w14:textId="77777777" w:rsid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Range Resources ($2,500.00)</w:t>
      </w:r>
    </w:p>
    <w:p w14:paraId="27F3E924"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We still have requests out to: Clearview, Dick’s Sporting Goods, JB Life, Washington Chevy, and CNX</w:t>
      </w:r>
    </w:p>
    <w:p w14:paraId="1902255F"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If you know of anyone who would like to donate to help us rebuild the press box, please reach out to Tammy or Nick</w:t>
      </w:r>
    </w:p>
    <w:p w14:paraId="44C49968" w14:textId="57078F95"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 xml:space="preserve">We will be working to get 2-3 quotes for the work with the hope </w:t>
      </w:r>
      <w:r w:rsidR="00190821" w:rsidRPr="006E1E8D">
        <w:rPr>
          <w:rFonts w:asciiTheme="majorHAnsi" w:hAnsiTheme="majorHAnsi" w:cstheme="majorHAnsi"/>
          <w:sz w:val="24"/>
          <w:szCs w:val="24"/>
        </w:rPr>
        <w:t>of breaking</w:t>
      </w:r>
      <w:r w:rsidRPr="006E1E8D">
        <w:rPr>
          <w:rFonts w:asciiTheme="majorHAnsi" w:hAnsiTheme="majorHAnsi" w:cstheme="majorHAnsi"/>
          <w:sz w:val="24"/>
          <w:szCs w:val="24"/>
        </w:rPr>
        <w:t xml:space="preserve"> ground once </w:t>
      </w:r>
      <w:r w:rsidR="00190821" w:rsidRPr="006E1E8D">
        <w:rPr>
          <w:rFonts w:asciiTheme="majorHAnsi" w:hAnsiTheme="majorHAnsi" w:cstheme="majorHAnsi"/>
          <w:sz w:val="24"/>
          <w:szCs w:val="24"/>
        </w:rPr>
        <w:t>spring</w:t>
      </w:r>
      <w:r w:rsidRPr="006E1E8D">
        <w:rPr>
          <w:rFonts w:asciiTheme="majorHAnsi" w:hAnsiTheme="majorHAnsi" w:cstheme="majorHAnsi"/>
          <w:sz w:val="24"/>
          <w:szCs w:val="24"/>
        </w:rPr>
        <w:t xml:space="preserve"> comes</w:t>
      </w:r>
    </w:p>
    <w:p w14:paraId="56DC76DA" w14:textId="77777777" w:rsidR="006E1E8D" w:rsidRDefault="003469C5" w:rsidP="006E1E8D">
      <w:pPr>
        <w:pStyle w:val="ListParagraph"/>
        <w:numPr>
          <w:ilvl w:val="1"/>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Elections:</w:t>
      </w:r>
    </w:p>
    <w:p w14:paraId="373E4FA2"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Open Positions:</w:t>
      </w:r>
    </w:p>
    <w:p w14:paraId="5E62AB6C"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Vice President</w:t>
      </w:r>
    </w:p>
    <w:p w14:paraId="175AC7B2"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Secretary</w:t>
      </w:r>
    </w:p>
    <w:p w14:paraId="22EF9537"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Tackle Coordinator</w:t>
      </w:r>
    </w:p>
    <w:p w14:paraId="400F4270"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Flag Coordinator</w:t>
      </w:r>
    </w:p>
    <w:p w14:paraId="6CFFC558"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Assistant Flag Coordinator</w:t>
      </w:r>
    </w:p>
    <w:p w14:paraId="71865201"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Communications Coordinator</w:t>
      </w:r>
    </w:p>
    <w:p w14:paraId="576A9B99"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lastRenderedPageBreak/>
        <w:t>Concession</w:t>
      </w:r>
      <w:r w:rsidR="006E1E8D">
        <w:rPr>
          <w:rFonts w:asciiTheme="majorHAnsi" w:hAnsiTheme="majorHAnsi" w:cstheme="majorHAnsi"/>
          <w:sz w:val="24"/>
          <w:szCs w:val="24"/>
        </w:rPr>
        <w:t xml:space="preserve"> Stand</w:t>
      </w:r>
      <w:r w:rsidRPr="006E1E8D">
        <w:rPr>
          <w:rFonts w:asciiTheme="majorHAnsi" w:hAnsiTheme="majorHAnsi" w:cstheme="majorHAnsi"/>
          <w:sz w:val="24"/>
          <w:szCs w:val="24"/>
        </w:rPr>
        <w:t xml:space="preserve"> / Volunteer Coordinator</w:t>
      </w:r>
    </w:p>
    <w:p w14:paraId="4C134869" w14:textId="77777777"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Process:</w:t>
      </w:r>
    </w:p>
    <w:p w14:paraId="0298B0DC"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Rodney will send out a link for voting for open positions on Friday, February 13, 2026. Voting will close on Monday, February 16, 2026. An email will be sent out once votes are tallied to introduce the new board members.</w:t>
      </w:r>
    </w:p>
    <w:p w14:paraId="11517D45" w14:textId="4B06F1CF" w:rsidR="006E1E8D" w:rsidRDefault="003469C5" w:rsidP="006E1E8D">
      <w:pPr>
        <w:pStyle w:val="ListParagraph"/>
        <w:numPr>
          <w:ilvl w:val="2"/>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 xml:space="preserve">Rodney opened up the floor to </w:t>
      </w:r>
      <w:r w:rsidR="00190821" w:rsidRPr="006E1E8D">
        <w:rPr>
          <w:rFonts w:asciiTheme="majorHAnsi" w:hAnsiTheme="majorHAnsi" w:cstheme="majorHAnsi"/>
          <w:sz w:val="24"/>
          <w:szCs w:val="24"/>
        </w:rPr>
        <w:t>questions</w:t>
      </w:r>
      <w:r w:rsidRPr="006E1E8D">
        <w:rPr>
          <w:rFonts w:asciiTheme="majorHAnsi" w:hAnsiTheme="majorHAnsi" w:cstheme="majorHAnsi"/>
          <w:sz w:val="24"/>
          <w:szCs w:val="24"/>
        </w:rPr>
        <w:t xml:space="preserve"> about the voting process</w:t>
      </w:r>
    </w:p>
    <w:p w14:paraId="4C7D2D7E" w14:textId="77777777" w:rsidR="006E1E8D" w:rsidRDefault="003469C5" w:rsidP="006E1E8D">
      <w:pPr>
        <w:pStyle w:val="ListParagraph"/>
        <w:numPr>
          <w:ilvl w:val="3"/>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Who is eligible to vote?</w:t>
      </w:r>
    </w:p>
    <w:p w14:paraId="3942208C" w14:textId="698C754E" w:rsidR="003469C5" w:rsidRPr="006E1E8D" w:rsidRDefault="003469C5" w:rsidP="006E1E8D">
      <w:pPr>
        <w:pStyle w:val="ListParagraph"/>
        <w:numPr>
          <w:ilvl w:val="4"/>
          <w:numId w:val="17"/>
        </w:numPr>
        <w:spacing w:after="0" w:line="240" w:lineRule="auto"/>
        <w:rPr>
          <w:rFonts w:asciiTheme="majorHAnsi" w:hAnsiTheme="majorHAnsi" w:cstheme="majorHAnsi"/>
          <w:sz w:val="24"/>
          <w:szCs w:val="24"/>
        </w:rPr>
      </w:pPr>
      <w:r w:rsidRPr="006E1E8D">
        <w:rPr>
          <w:rFonts w:asciiTheme="majorHAnsi" w:hAnsiTheme="majorHAnsi" w:cstheme="majorHAnsi"/>
          <w:sz w:val="24"/>
          <w:szCs w:val="24"/>
        </w:rPr>
        <w:t>Rodney ran through the list of those who are eligible to vote</w:t>
      </w:r>
    </w:p>
    <w:p w14:paraId="36CEFE21" w14:textId="77777777" w:rsidR="006E1E8D" w:rsidRDefault="006E1E8D" w:rsidP="006E1E8D">
      <w:pPr>
        <w:pStyle w:val="ListParagraph"/>
        <w:spacing w:after="0" w:line="240" w:lineRule="auto"/>
        <w:ind w:left="360"/>
        <w:rPr>
          <w:rFonts w:asciiTheme="majorHAnsi" w:hAnsiTheme="majorHAnsi" w:cstheme="majorHAnsi"/>
          <w:sz w:val="24"/>
          <w:szCs w:val="24"/>
        </w:rPr>
      </w:pPr>
    </w:p>
    <w:p w14:paraId="2F4FA226" w14:textId="794713C9" w:rsidR="003469C5" w:rsidRPr="003469C5" w:rsidRDefault="0009075D" w:rsidP="003469C5">
      <w:pPr>
        <w:pStyle w:val="ListParagraph"/>
        <w:numPr>
          <w:ilvl w:val="0"/>
          <w:numId w:val="17"/>
        </w:num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Open Floor / Member Questions</w:t>
      </w:r>
    </w:p>
    <w:p w14:paraId="71CDB84E" w14:textId="3D714454" w:rsidR="006E1E8D" w:rsidRDefault="006E1E8D" w:rsidP="006E1E8D">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A coach has a parent who reached out about turning in their tackle players uniform, the coach will pick it up from the parent and turn it into Rodney</w:t>
      </w:r>
    </w:p>
    <w:p w14:paraId="73880C63" w14:textId="7F86E591" w:rsidR="0013735A" w:rsidRDefault="0013735A" w:rsidP="006E1E8D">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How are we getting information out about the flag program opening up to include 5</w:t>
      </w:r>
      <w:r w:rsidRPr="0013735A">
        <w:rPr>
          <w:rFonts w:asciiTheme="majorHAnsi" w:hAnsiTheme="majorHAnsi" w:cstheme="majorHAnsi"/>
          <w:sz w:val="24"/>
          <w:szCs w:val="24"/>
          <w:vertAlign w:val="superscript"/>
        </w:rPr>
        <w:t>th</w:t>
      </w:r>
      <w:r>
        <w:rPr>
          <w:rFonts w:asciiTheme="majorHAnsi" w:hAnsiTheme="majorHAnsi" w:cstheme="majorHAnsi"/>
          <w:sz w:val="24"/>
          <w:szCs w:val="24"/>
        </w:rPr>
        <w:t xml:space="preserve"> and 6</w:t>
      </w:r>
      <w:r w:rsidRPr="0013735A">
        <w:rPr>
          <w:rFonts w:asciiTheme="majorHAnsi" w:hAnsiTheme="majorHAnsi" w:cstheme="majorHAnsi"/>
          <w:sz w:val="24"/>
          <w:szCs w:val="24"/>
          <w:vertAlign w:val="superscript"/>
        </w:rPr>
        <w:t>th</w:t>
      </w:r>
      <w:r>
        <w:rPr>
          <w:rFonts w:asciiTheme="majorHAnsi" w:hAnsiTheme="majorHAnsi" w:cstheme="majorHAnsi"/>
          <w:sz w:val="24"/>
          <w:szCs w:val="24"/>
        </w:rPr>
        <w:t xml:space="preserve"> graders this year?</w:t>
      </w:r>
    </w:p>
    <w:p w14:paraId="310CAC5E" w14:textId="5BEBCAE2" w:rsidR="0013735A" w:rsidRDefault="0013735A" w:rsidP="0013735A">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Discussed that we can make a flyer and send it to the school to distribute and that we can post them out in the community and to social media</w:t>
      </w:r>
    </w:p>
    <w:p w14:paraId="63460550" w14:textId="44EB2B70" w:rsidR="0013735A" w:rsidRDefault="0013735A" w:rsidP="0013735A">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We are open to any ideas that anyone has</w:t>
      </w:r>
    </w:p>
    <w:p w14:paraId="2DAFA74D" w14:textId="7B77E767" w:rsidR="0086065C" w:rsidRDefault="0086065C" w:rsidP="0086065C">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A coach asked about getting Hu</w:t>
      </w:r>
      <w:r w:rsidR="00B44516">
        <w:rPr>
          <w:rFonts w:asciiTheme="majorHAnsi" w:hAnsiTheme="majorHAnsi" w:cstheme="majorHAnsi"/>
          <w:sz w:val="24"/>
          <w:szCs w:val="24"/>
        </w:rPr>
        <w:t>dl Assist</w:t>
      </w:r>
      <w:r>
        <w:rPr>
          <w:rFonts w:asciiTheme="majorHAnsi" w:hAnsiTheme="majorHAnsi" w:cstheme="majorHAnsi"/>
          <w:sz w:val="24"/>
          <w:szCs w:val="24"/>
        </w:rPr>
        <w:t xml:space="preserve"> through Hu</w:t>
      </w:r>
      <w:r w:rsidR="00B44516">
        <w:rPr>
          <w:rFonts w:asciiTheme="majorHAnsi" w:hAnsiTheme="majorHAnsi" w:cstheme="majorHAnsi"/>
          <w:sz w:val="24"/>
          <w:szCs w:val="24"/>
        </w:rPr>
        <w:t>dl</w:t>
      </w:r>
      <w:r>
        <w:rPr>
          <w:rFonts w:asciiTheme="majorHAnsi" w:hAnsiTheme="majorHAnsi" w:cstheme="majorHAnsi"/>
          <w:sz w:val="24"/>
          <w:szCs w:val="24"/>
        </w:rPr>
        <w:t xml:space="preserve"> for game film?</w:t>
      </w:r>
    </w:p>
    <w:p w14:paraId="3FA9BD93" w14:textId="001683FD" w:rsidR="0086065C" w:rsidRDefault="0086065C" w:rsidP="0086065C">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Rodney said that we currently pay $400, the coach said this would be an additional $400 cost</w:t>
      </w:r>
    </w:p>
    <w:p w14:paraId="6CC070AE" w14:textId="02A13FC6" w:rsidR="0086065C" w:rsidRDefault="0086065C" w:rsidP="0086065C">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Rodeny said he will check with SHYFL</w:t>
      </w:r>
    </w:p>
    <w:p w14:paraId="29F5F97F" w14:textId="77777777" w:rsidR="0013735A" w:rsidRDefault="0013735A" w:rsidP="0013735A">
      <w:pPr>
        <w:pStyle w:val="ListParagraph"/>
        <w:spacing w:after="0" w:line="240" w:lineRule="auto"/>
        <w:ind w:left="1800"/>
        <w:rPr>
          <w:rFonts w:asciiTheme="majorHAnsi" w:hAnsiTheme="majorHAnsi" w:cstheme="majorHAnsi"/>
          <w:sz w:val="24"/>
          <w:szCs w:val="24"/>
        </w:rPr>
      </w:pPr>
    </w:p>
    <w:p w14:paraId="52BF2F1E" w14:textId="77777777" w:rsidR="00BD624A" w:rsidRDefault="0009075D" w:rsidP="00BD624A">
      <w:pPr>
        <w:pStyle w:val="ListParagraph"/>
        <w:numPr>
          <w:ilvl w:val="0"/>
          <w:numId w:val="17"/>
        </w:numPr>
        <w:spacing w:after="0" w:line="240" w:lineRule="auto"/>
        <w:rPr>
          <w:rFonts w:asciiTheme="majorHAnsi" w:hAnsiTheme="majorHAnsi" w:cstheme="majorHAnsi"/>
          <w:sz w:val="24"/>
          <w:szCs w:val="24"/>
        </w:rPr>
      </w:pPr>
      <w:r w:rsidRPr="003469C5">
        <w:rPr>
          <w:rFonts w:asciiTheme="majorHAnsi" w:hAnsiTheme="majorHAnsi" w:cstheme="majorHAnsi"/>
          <w:sz w:val="24"/>
          <w:szCs w:val="24"/>
        </w:rPr>
        <w:t>Closing Remarks &amp; Adjournment</w:t>
      </w:r>
    </w:p>
    <w:p w14:paraId="3A9569A7" w14:textId="0A61228B" w:rsidR="00BD624A" w:rsidRDefault="00BD624A" w:rsidP="00BD624A">
      <w:pPr>
        <w:pStyle w:val="ListParagraph"/>
        <w:numPr>
          <w:ilvl w:val="1"/>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Closing Remarks:</w:t>
      </w:r>
    </w:p>
    <w:p w14:paraId="2EA8C3A0" w14:textId="1B782693" w:rsidR="00BD624A" w:rsidRDefault="00BD624A" w:rsidP="00BD624A">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Please keep in mind that once we send out the election results, we will be wiping the system to prepare for the new season. Once we do that, we are no longer able to send out emails. We will post important information to the website and social media.</w:t>
      </w:r>
    </w:p>
    <w:p w14:paraId="3E98083A" w14:textId="78304580" w:rsidR="00BD624A" w:rsidRDefault="00BD624A" w:rsidP="00BD624A">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All board meetings will be held on the 2</w:t>
      </w:r>
      <w:r w:rsidRPr="00BD624A">
        <w:rPr>
          <w:rFonts w:asciiTheme="majorHAnsi" w:hAnsiTheme="majorHAnsi" w:cstheme="majorHAnsi"/>
          <w:sz w:val="24"/>
          <w:szCs w:val="24"/>
          <w:vertAlign w:val="superscript"/>
        </w:rPr>
        <w:t>nd</w:t>
      </w:r>
      <w:r>
        <w:rPr>
          <w:rFonts w:asciiTheme="majorHAnsi" w:hAnsiTheme="majorHAnsi" w:cstheme="majorHAnsi"/>
          <w:sz w:val="24"/>
          <w:szCs w:val="24"/>
        </w:rPr>
        <w:t xml:space="preserve"> Thursday of the month at 7pm unless otherwise announced.</w:t>
      </w:r>
    </w:p>
    <w:p w14:paraId="3924A6E5" w14:textId="780A88F7" w:rsidR="00BD624A" w:rsidRPr="00BD624A" w:rsidRDefault="00BD624A" w:rsidP="00BD624A">
      <w:pPr>
        <w:pStyle w:val="ListParagraph"/>
        <w:numPr>
          <w:ilvl w:val="2"/>
          <w:numId w:val="17"/>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Nick requested that when you register for the upcoming </w:t>
      </w:r>
      <w:r w:rsidR="00190821">
        <w:rPr>
          <w:rFonts w:asciiTheme="majorHAnsi" w:hAnsiTheme="majorHAnsi" w:cstheme="majorHAnsi"/>
          <w:sz w:val="24"/>
          <w:szCs w:val="24"/>
        </w:rPr>
        <w:t>season</w:t>
      </w:r>
      <w:r>
        <w:rPr>
          <w:rFonts w:asciiTheme="majorHAnsi" w:hAnsiTheme="majorHAnsi" w:cstheme="majorHAnsi"/>
          <w:sz w:val="24"/>
          <w:szCs w:val="24"/>
        </w:rPr>
        <w:t xml:space="preserve"> please include a secondary email address so that we can ensure everyone is receiving the leagues emails.</w:t>
      </w:r>
    </w:p>
    <w:p w14:paraId="65068C77" w14:textId="47479722" w:rsidR="00BD624A" w:rsidRDefault="0009075D" w:rsidP="00BD624A">
      <w:pPr>
        <w:pStyle w:val="ListParagraph"/>
        <w:numPr>
          <w:ilvl w:val="1"/>
          <w:numId w:val="17"/>
        </w:numPr>
        <w:spacing w:after="0" w:line="240" w:lineRule="auto"/>
        <w:rPr>
          <w:rFonts w:asciiTheme="majorHAnsi" w:hAnsiTheme="majorHAnsi" w:cstheme="majorHAnsi"/>
          <w:sz w:val="24"/>
          <w:szCs w:val="24"/>
        </w:rPr>
      </w:pPr>
      <w:r w:rsidRPr="00BD624A">
        <w:rPr>
          <w:rFonts w:asciiTheme="majorHAnsi" w:hAnsiTheme="majorHAnsi" w:cstheme="majorHAnsi"/>
          <w:sz w:val="24"/>
          <w:szCs w:val="24"/>
        </w:rPr>
        <w:t>Next Meeting Date:</w:t>
      </w:r>
      <w:r w:rsidR="0013735A" w:rsidRPr="00BD624A">
        <w:rPr>
          <w:rFonts w:asciiTheme="majorHAnsi" w:hAnsiTheme="majorHAnsi" w:cstheme="majorHAnsi"/>
          <w:sz w:val="24"/>
          <w:szCs w:val="24"/>
        </w:rPr>
        <w:t xml:space="preserve"> Thursday, March </w:t>
      </w:r>
    </w:p>
    <w:p w14:paraId="36AE5B16" w14:textId="3BB1C4D2" w:rsidR="0086065C" w:rsidRPr="0086065C" w:rsidRDefault="0009075D" w:rsidP="0086065C">
      <w:pPr>
        <w:pStyle w:val="ListParagraph"/>
        <w:numPr>
          <w:ilvl w:val="1"/>
          <w:numId w:val="17"/>
        </w:numPr>
        <w:spacing w:after="0" w:line="240" w:lineRule="auto"/>
        <w:rPr>
          <w:rFonts w:asciiTheme="majorHAnsi" w:hAnsiTheme="majorHAnsi" w:cstheme="majorHAnsi"/>
          <w:sz w:val="24"/>
          <w:szCs w:val="24"/>
        </w:rPr>
      </w:pPr>
      <w:r w:rsidRPr="00BD624A">
        <w:rPr>
          <w:rFonts w:asciiTheme="majorHAnsi" w:hAnsiTheme="majorHAnsi" w:cstheme="majorHAnsi"/>
          <w:sz w:val="24"/>
          <w:szCs w:val="24"/>
        </w:rPr>
        <w:t>Adjournment:</w:t>
      </w:r>
      <w:r w:rsidR="0086065C">
        <w:rPr>
          <w:rFonts w:asciiTheme="majorHAnsi" w:hAnsiTheme="majorHAnsi" w:cstheme="majorHAnsi"/>
          <w:sz w:val="24"/>
          <w:szCs w:val="24"/>
        </w:rPr>
        <w:t xml:space="preserve"> 6:37pm (called by Rodney, 2</w:t>
      </w:r>
      <w:r w:rsidR="0086065C" w:rsidRPr="0086065C">
        <w:rPr>
          <w:rFonts w:asciiTheme="majorHAnsi" w:hAnsiTheme="majorHAnsi" w:cstheme="majorHAnsi"/>
          <w:sz w:val="24"/>
          <w:szCs w:val="24"/>
          <w:vertAlign w:val="superscript"/>
        </w:rPr>
        <w:t>nd</w:t>
      </w:r>
      <w:r w:rsidR="0086065C">
        <w:rPr>
          <w:rFonts w:asciiTheme="majorHAnsi" w:hAnsiTheme="majorHAnsi" w:cstheme="majorHAnsi"/>
          <w:sz w:val="24"/>
          <w:szCs w:val="24"/>
        </w:rPr>
        <w:t xml:space="preserve"> by Nick)</w:t>
      </w:r>
    </w:p>
    <w:p w14:paraId="7CA26161" w14:textId="2BDED0AA" w:rsidR="4F05FCE7" w:rsidRDefault="4F05FCE7" w:rsidP="117E34E5">
      <w:pPr>
        <w:spacing w:after="0" w:line="240" w:lineRule="auto"/>
        <w:rPr>
          <w:rFonts w:asciiTheme="majorHAnsi" w:hAnsiTheme="majorHAnsi" w:cstheme="majorBidi"/>
          <w:sz w:val="24"/>
          <w:szCs w:val="24"/>
        </w:rPr>
      </w:pPr>
    </w:p>
    <w:p w14:paraId="2792A08E" w14:textId="77777777" w:rsidR="00C643E7" w:rsidRDefault="00C643E7" w:rsidP="117E34E5">
      <w:pPr>
        <w:spacing w:after="0" w:line="240" w:lineRule="auto"/>
        <w:rPr>
          <w:rFonts w:asciiTheme="majorHAnsi" w:hAnsiTheme="majorHAnsi" w:cstheme="majorBidi"/>
          <w:b/>
          <w:bCs/>
          <w:sz w:val="24"/>
          <w:szCs w:val="24"/>
        </w:rPr>
      </w:pPr>
    </w:p>
    <w:p w14:paraId="386C927F" w14:textId="77777777" w:rsidR="00C643E7" w:rsidRDefault="00C643E7" w:rsidP="117E34E5">
      <w:pPr>
        <w:spacing w:after="0" w:line="240" w:lineRule="auto"/>
        <w:rPr>
          <w:rFonts w:asciiTheme="majorHAnsi" w:hAnsiTheme="majorHAnsi" w:cstheme="majorBidi"/>
          <w:b/>
          <w:bCs/>
          <w:sz w:val="24"/>
          <w:szCs w:val="24"/>
        </w:rPr>
      </w:pPr>
    </w:p>
    <w:p w14:paraId="1316346E" w14:textId="77777777" w:rsidR="00C643E7" w:rsidRDefault="00C643E7" w:rsidP="117E34E5">
      <w:pPr>
        <w:spacing w:after="0" w:line="240" w:lineRule="auto"/>
        <w:rPr>
          <w:rFonts w:asciiTheme="majorHAnsi" w:hAnsiTheme="majorHAnsi" w:cstheme="majorBidi"/>
          <w:b/>
          <w:bCs/>
          <w:sz w:val="24"/>
          <w:szCs w:val="24"/>
        </w:rPr>
      </w:pPr>
    </w:p>
    <w:p w14:paraId="74F7D334" w14:textId="77777777" w:rsidR="00C643E7" w:rsidRDefault="00C643E7" w:rsidP="117E34E5">
      <w:pPr>
        <w:spacing w:after="0" w:line="240" w:lineRule="auto"/>
        <w:rPr>
          <w:rFonts w:asciiTheme="majorHAnsi" w:hAnsiTheme="majorHAnsi" w:cstheme="majorBidi"/>
          <w:b/>
          <w:bCs/>
          <w:sz w:val="24"/>
          <w:szCs w:val="24"/>
        </w:rPr>
      </w:pPr>
    </w:p>
    <w:p w14:paraId="4107E0E2" w14:textId="77777777" w:rsidR="00C643E7" w:rsidRDefault="00C643E7" w:rsidP="117E34E5">
      <w:pPr>
        <w:spacing w:after="0" w:line="240" w:lineRule="auto"/>
        <w:rPr>
          <w:rFonts w:asciiTheme="majorHAnsi" w:hAnsiTheme="majorHAnsi" w:cstheme="majorBidi"/>
          <w:b/>
          <w:bCs/>
          <w:sz w:val="24"/>
          <w:szCs w:val="24"/>
        </w:rPr>
      </w:pPr>
    </w:p>
    <w:p w14:paraId="7BC582C7" w14:textId="35BC6AE6" w:rsidR="1E019645" w:rsidRDefault="1E019645" w:rsidP="117E34E5">
      <w:pPr>
        <w:spacing w:after="0" w:line="240" w:lineRule="auto"/>
        <w:rPr>
          <w:rFonts w:asciiTheme="majorHAnsi" w:hAnsiTheme="majorHAnsi" w:cstheme="majorBidi"/>
          <w:b/>
          <w:bCs/>
          <w:sz w:val="24"/>
          <w:szCs w:val="24"/>
        </w:rPr>
      </w:pPr>
      <w:r w:rsidRPr="117E34E5">
        <w:rPr>
          <w:rFonts w:asciiTheme="majorHAnsi" w:hAnsiTheme="majorHAnsi" w:cstheme="majorBidi"/>
          <w:b/>
          <w:bCs/>
          <w:sz w:val="24"/>
          <w:szCs w:val="24"/>
        </w:rPr>
        <w:lastRenderedPageBreak/>
        <w:t>CMYFA Board Meeting Attendance:</w:t>
      </w:r>
    </w:p>
    <w:p w14:paraId="40768A19" w14:textId="2CA99BAA"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Justin Corso</w:t>
      </w:r>
    </w:p>
    <w:p w14:paraId="25590723" w14:textId="34EC7756"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Jaime Corso</w:t>
      </w:r>
    </w:p>
    <w:p w14:paraId="2C162D09" w14:textId="33A29858"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Rose Martin</w:t>
      </w:r>
    </w:p>
    <w:p w14:paraId="0E956714" w14:textId="71333C9A"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Mike Martin</w:t>
      </w:r>
    </w:p>
    <w:p w14:paraId="69BBDD67" w14:textId="2F49DF4E"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Nicole Skinner</w:t>
      </w:r>
    </w:p>
    <w:p w14:paraId="2BD56C0A" w14:textId="56B2E52C"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Brittany Thomas</w:t>
      </w:r>
    </w:p>
    <w:p w14:paraId="5377FAEF" w14:textId="51262E5B"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Todd Shulsky</w:t>
      </w:r>
    </w:p>
    <w:p w14:paraId="2C0658ED" w14:textId="09DFED53"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Bryan Corkery</w:t>
      </w:r>
    </w:p>
    <w:p w14:paraId="7397C66F" w14:textId="70479144"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Brynnly Schwartz</w:t>
      </w:r>
    </w:p>
    <w:p w14:paraId="7C1AED93" w14:textId="0CEED05F"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Jeremy Metz</w:t>
      </w:r>
    </w:p>
    <w:p w14:paraId="24E92C9E" w14:textId="706BB24F"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Andrew Shinsky</w:t>
      </w:r>
    </w:p>
    <w:p w14:paraId="755030C8" w14:textId="428046FF"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Mike Juskowich</w:t>
      </w:r>
    </w:p>
    <w:p w14:paraId="52E09B23" w14:textId="482A1372"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Megan Jeremiah</w:t>
      </w:r>
    </w:p>
    <w:p w14:paraId="167E306A" w14:textId="630F0E87"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Jamie Mills</w:t>
      </w:r>
    </w:p>
    <w:p w14:paraId="15D9F685" w14:textId="46A5FDFA"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Nick Jeremiah</w:t>
      </w:r>
    </w:p>
    <w:p w14:paraId="6A53EE29" w14:textId="1FFBEF55"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Rodney Davis</w:t>
      </w:r>
    </w:p>
    <w:p w14:paraId="0630B1D4" w14:textId="5B88904C"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Mike McCarthy</w:t>
      </w:r>
    </w:p>
    <w:p w14:paraId="63F8F0A0" w14:textId="047E7634"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 xml:space="preserve">Mike Ronshousen </w:t>
      </w:r>
    </w:p>
    <w:p w14:paraId="777D55DF" w14:textId="1C2BD3FE"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Erin Fostyk</w:t>
      </w:r>
    </w:p>
    <w:p w14:paraId="5C98E885" w14:textId="02ED1909"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Monnisa Alderson</w:t>
      </w:r>
    </w:p>
    <w:p w14:paraId="137A3751" w14:textId="0770F42C"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Thomas Alderson</w:t>
      </w:r>
    </w:p>
    <w:p w14:paraId="2748CFD3" w14:textId="0710E769"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 xml:space="preserve">Matt Cox </w:t>
      </w:r>
    </w:p>
    <w:p w14:paraId="00A8539C" w14:textId="04BDEFB2"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Paige Angle</w:t>
      </w:r>
    </w:p>
    <w:p w14:paraId="4B770E55" w14:textId="505C4051" w:rsidR="1E019645" w:rsidRDefault="1E019645"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Dave Angle</w:t>
      </w:r>
    </w:p>
    <w:p w14:paraId="28C5B061" w14:textId="436AEB05" w:rsidR="77F89F1B" w:rsidRDefault="77F89F1B" w:rsidP="117E34E5">
      <w:pPr>
        <w:spacing w:after="0" w:line="240" w:lineRule="auto"/>
        <w:rPr>
          <w:rFonts w:asciiTheme="majorHAnsi" w:hAnsiTheme="majorHAnsi" w:cstheme="majorBidi"/>
          <w:sz w:val="24"/>
          <w:szCs w:val="24"/>
        </w:rPr>
      </w:pPr>
      <w:r w:rsidRPr="117E34E5">
        <w:rPr>
          <w:rFonts w:asciiTheme="majorHAnsi" w:hAnsiTheme="majorHAnsi" w:cstheme="majorBidi"/>
          <w:sz w:val="24"/>
          <w:szCs w:val="24"/>
        </w:rPr>
        <w:t>Tammy Sampson</w:t>
      </w:r>
    </w:p>
    <w:sectPr w:rsidR="77F89F1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73E2683"/>
    <w:multiLevelType w:val="hybridMultilevel"/>
    <w:tmpl w:val="41A23A96"/>
    <w:lvl w:ilvl="0" w:tplc="01347F3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B1941"/>
    <w:multiLevelType w:val="hybridMultilevel"/>
    <w:tmpl w:val="BA282CD6"/>
    <w:lvl w:ilvl="0" w:tplc="01347F3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232E8"/>
    <w:multiLevelType w:val="hybridMultilevel"/>
    <w:tmpl w:val="5128D9B0"/>
    <w:lvl w:ilvl="0" w:tplc="01347F38">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9E5C67"/>
    <w:multiLevelType w:val="hybridMultilevel"/>
    <w:tmpl w:val="5FD86C50"/>
    <w:lvl w:ilvl="0" w:tplc="01347F3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F549C"/>
    <w:multiLevelType w:val="hybridMultilevel"/>
    <w:tmpl w:val="2F98678A"/>
    <w:lvl w:ilvl="0" w:tplc="01347F3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028A9"/>
    <w:multiLevelType w:val="hybridMultilevel"/>
    <w:tmpl w:val="E5F2FD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E02069"/>
    <w:multiLevelType w:val="hybridMultilevel"/>
    <w:tmpl w:val="184EDDBA"/>
    <w:lvl w:ilvl="0" w:tplc="01347F3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878FD"/>
    <w:multiLevelType w:val="hybridMultilevel"/>
    <w:tmpl w:val="86B4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7703595">
    <w:abstractNumId w:val="8"/>
  </w:num>
  <w:num w:numId="2" w16cid:durableId="1611088574">
    <w:abstractNumId w:val="6"/>
  </w:num>
  <w:num w:numId="3" w16cid:durableId="1209075531">
    <w:abstractNumId w:val="5"/>
  </w:num>
  <w:num w:numId="4" w16cid:durableId="1576894225">
    <w:abstractNumId w:val="4"/>
  </w:num>
  <w:num w:numId="5" w16cid:durableId="171461216">
    <w:abstractNumId w:val="7"/>
  </w:num>
  <w:num w:numId="6" w16cid:durableId="1328945042">
    <w:abstractNumId w:val="3"/>
  </w:num>
  <w:num w:numId="7" w16cid:durableId="625820815">
    <w:abstractNumId w:val="2"/>
  </w:num>
  <w:num w:numId="8" w16cid:durableId="986517584">
    <w:abstractNumId w:val="1"/>
  </w:num>
  <w:num w:numId="9" w16cid:durableId="2007704248">
    <w:abstractNumId w:val="0"/>
  </w:num>
  <w:num w:numId="10" w16cid:durableId="1274947005">
    <w:abstractNumId w:val="16"/>
  </w:num>
  <w:num w:numId="11" w16cid:durableId="208688433">
    <w:abstractNumId w:val="13"/>
  </w:num>
  <w:num w:numId="12" w16cid:durableId="1294869730">
    <w:abstractNumId w:val="9"/>
  </w:num>
  <w:num w:numId="13" w16cid:durableId="1723021360">
    <w:abstractNumId w:val="12"/>
  </w:num>
  <w:num w:numId="14" w16cid:durableId="1196577865">
    <w:abstractNumId w:val="11"/>
  </w:num>
  <w:num w:numId="15" w16cid:durableId="1550265604">
    <w:abstractNumId w:val="10"/>
  </w:num>
  <w:num w:numId="16" w16cid:durableId="534120036">
    <w:abstractNumId w:val="15"/>
  </w:num>
  <w:num w:numId="17" w16cid:durableId="14369482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6A0E"/>
    <w:rsid w:val="0006063C"/>
    <w:rsid w:val="0009075D"/>
    <w:rsid w:val="000A1D4A"/>
    <w:rsid w:val="0013735A"/>
    <w:rsid w:val="0015074B"/>
    <w:rsid w:val="00190821"/>
    <w:rsid w:val="0029639D"/>
    <w:rsid w:val="002A7161"/>
    <w:rsid w:val="002A77D5"/>
    <w:rsid w:val="002F53E4"/>
    <w:rsid w:val="00315756"/>
    <w:rsid w:val="00326F90"/>
    <w:rsid w:val="003469C5"/>
    <w:rsid w:val="00395FF9"/>
    <w:rsid w:val="003C2915"/>
    <w:rsid w:val="00441FEE"/>
    <w:rsid w:val="00514EBD"/>
    <w:rsid w:val="00533B1F"/>
    <w:rsid w:val="005D70B9"/>
    <w:rsid w:val="006B446C"/>
    <w:rsid w:val="006E1E8D"/>
    <w:rsid w:val="0086065C"/>
    <w:rsid w:val="00970384"/>
    <w:rsid w:val="00A95184"/>
    <w:rsid w:val="00AA1D8D"/>
    <w:rsid w:val="00AE14E2"/>
    <w:rsid w:val="00B238AF"/>
    <w:rsid w:val="00B44516"/>
    <w:rsid w:val="00B47730"/>
    <w:rsid w:val="00B5025D"/>
    <w:rsid w:val="00BC5F76"/>
    <w:rsid w:val="00BD624A"/>
    <w:rsid w:val="00C643E7"/>
    <w:rsid w:val="00CB0664"/>
    <w:rsid w:val="00D21F76"/>
    <w:rsid w:val="00D575CD"/>
    <w:rsid w:val="00E0253F"/>
    <w:rsid w:val="00E649AC"/>
    <w:rsid w:val="00E827AE"/>
    <w:rsid w:val="00F030FD"/>
    <w:rsid w:val="00F46D23"/>
    <w:rsid w:val="00F87537"/>
    <w:rsid w:val="00FC693F"/>
    <w:rsid w:val="00FD52DB"/>
    <w:rsid w:val="117E34E5"/>
    <w:rsid w:val="1E019645"/>
    <w:rsid w:val="4F05FCE7"/>
    <w:rsid w:val="51CFDBBE"/>
    <w:rsid w:val="77F89F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03E744"/>
  <w14:defaultImageDpi w14:val="300"/>
  <w15:docId w15:val="{4DF5F09E-AF43-4D9B-AEBD-248F98AB5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2A71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e7e2a638-66ef-4100-a677-17e0e39de297}" enabled="1" method="Privileged" siteId="{1640f4ce-86c6-44f2-a477-06bd39617e97}"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5</Pages>
  <Words>975</Words>
  <Characters>5563</Characters>
  <Application>Microsoft Office Word</Application>
  <DocSecurity>4</DocSecurity>
  <Lines>46</Lines>
  <Paragraphs>13</Paragraphs>
  <ScaleCrop>false</ScaleCrop>
  <Manager/>
  <Company/>
  <LinksUpToDate>false</LinksUpToDate>
  <CharactersWithSpaces>6525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Jeremiah, Nicholas M.</cp:lastModifiedBy>
  <cp:revision>2</cp:revision>
  <dcterms:created xsi:type="dcterms:W3CDTF">2026-02-25T15:19:00Z</dcterms:created>
  <dcterms:modified xsi:type="dcterms:W3CDTF">2026-02-25T15:19:00Z</dcterms:modified>
  <cp:category/>
</cp:coreProperties>
</file>